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长青施恩爱志愿者报名表</w:t>
      </w:r>
    </w:p>
    <w:p>
      <w:pPr>
        <w:jc w:val="right"/>
      </w:pPr>
      <w:r>
        <w:t>填表日期：      年    月   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性别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出生日期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民族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联系电话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电子邮箱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身份证号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现居城市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工作单位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职业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通讯地址</w:t>
            </w:r>
          </w:p>
        </w:tc>
        <w:tc>
          <w:tcPr>
            <w:tcW w:type="dxa" w:w="6480"/>
            <w:gridSpan w:val="3"/>
          </w:tcPr>
          <w:p>
            <w:r/>
          </w:p>
        </w:tc>
      </w:tr>
      <w:tr>
        <w:tc>
          <w:tcPr>
            <w:tcW w:type="dxa" w:w="2160"/>
          </w:tcPr>
          <w:p>
            <w:r>
              <w:t>服务意向</w:t>
            </w:r>
          </w:p>
        </w:tc>
        <w:tc>
          <w:tcPr>
            <w:tcW w:type="dxa" w:w="6480"/>
            <w:gridSpan w:val="3"/>
          </w:tcPr>
          <w:p>
            <w:r>
              <w:t>□ 关爱儿童  □ 关心社群  □ 关爱老年人  □ 参与救灾  □ 环境保护  □ 其他</w:t>
            </w:r>
          </w:p>
        </w:tc>
      </w:tr>
      <w:tr>
        <w:tc>
          <w:tcPr>
            <w:tcW w:type="dxa" w:w="2160"/>
          </w:tcPr>
          <w:p>
            <w:r>
              <w:t>可服务时间</w:t>
            </w:r>
          </w:p>
        </w:tc>
        <w:tc>
          <w:tcPr>
            <w:tcW w:type="dxa" w:w="6480"/>
            <w:gridSpan w:val="3"/>
          </w:tcPr>
          <w:p>
            <w:r>
              <w:t>□ 工作日  □ 周末  □ 节假日  □ 其他</w:t>
            </w:r>
          </w:p>
        </w:tc>
      </w:tr>
      <w:tr>
        <w:tc>
          <w:tcPr>
            <w:tcW w:type="dxa" w:w="2160"/>
          </w:tcPr>
          <w:p>
            <w:r>
              <w:t>个人简介</w:t>
            </w:r>
          </w:p>
        </w:tc>
        <w:tc>
          <w:tcPr>
            <w:tcW w:type="dxa" w:w="6480"/>
            <w:gridSpan w:val="3"/>
          </w:tcPr>
          <w:p>
            <w:r/>
          </w:p>
        </w:tc>
      </w:tr>
      <w:tr>
        <w:tc>
          <w:tcPr>
            <w:tcW w:type="dxa" w:w="2160"/>
          </w:tcPr>
          <w:p>
            <w:r>
              <w:t>志愿者经历</w:t>
            </w:r>
          </w:p>
        </w:tc>
        <w:tc>
          <w:tcPr>
            <w:tcW w:type="dxa" w:w="6480"/>
            <w:gridSpan w:val="3"/>
          </w:tcPr>
          <w:p>
            <w:r/>
          </w:p>
        </w:tc>
      </w:tr>
    </w:tbl>
    <w:p/>
    <w:p>
      <w:pPr>
        <w:ind w:firstLine="420"/>
      </w:pPr>
      <w:r>
        <w:t>本人自愿加入长青施恩爱志愿者组织，遵守《长青施恩爱志愿者章程》，利用业余时间参与公益服务。</w:t>
      </w:r>
    </w:p>
    <w:p/>
    <w:p>
      <w:r>
        <w:t>申请人签名：________________          日期：______年____月____日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